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Triple P Babies Pomeranian Puppy Deposit Contract</w:t>
      </w:r>
    </w:p>
    <w:p>
      <w:r>
        <w:t>Breeder: Tami Huber</w:t>
      </w:r>
    </w:p>
    <w:p>
      <w:r>
        <w:t>Location: Pembroke, Georgia</w:t>
      </w:r>
    </w:p>
    <w:p>
      <w:r>
        <w:t>Phone: 910-880-5814</w:t>
      </w:r>
    </w:p>
    <w:p>
      <w:r>
        <w:br/>
        <w:t>Buyer Information</w:t>
      </w:r>
    </w:p>
    <w:p>
      <w:r>
        <w:t>Name: __________________________________________</w:t>
      </w:r>
    </w:p>
    <w:p>
      <w:r>
        <w:t>Address: ________________________________________</w:t>
      </w:r>
    </w:p>
    <w:p>
      <w:r>
        <w:t>Phone: __________________________________________</w:t>
      </w:r>
    </w:p>
    <w:p>
      <w:r>
        <w:t>Email: ___________________________________________</w:t>
      </w:r>
    </w:p>
    <w:p>
      <w:r>
        <w:br/>
        <w:t>Puppy Information</w:t>
      </w:r>
    </w:p>
    <w:p>
      <w:r>
        <w:t>Breed: Pomeranian</w:t>
      </w:r>
    </w:p>
    <w:p>
      <w:r>
        <w:t>Color: ____________________</w:t>
      </w:r>
    </w:p>
    <w:p>
      <w:r>
        <w:t>DOB (if known): _______________</w:t>
      </w:r>
    </w:p>
    <w:p>
      <w:r>
        <w:t>Sex: ____________________</w:t>
      </w:r>
    </w:p>
    <w:p>
      <w:r>
        <w:t>Sire: ____________________</w:t>
      </w:r>
    </w:p>
    <w:p>
      <w:r>
        <w:t>Dam: ____________________</w:t>
      </w:r>
    </w:p>
    <w:p>
      <w:r>
        <w:t>AKC Number (if applicable): ________________________</w:t>
      </w:r>
    </w:p>
    <w:p>
      <w:pPr>
        <w:pStyle w:val="Heading2"/>
      </w:pPr>
      <w:r>
        <w:br/>
        <w:t>Deposit Terms and Agreement</w:t>
      </w:r>
    </w:p>
    <w:p>
      <w:pPr>
        <w:pStyle w:val="ListNumber"/>
      </w:pPr>
      <w:r>
        <w:t>1. Non-Refundable Deposit:</w:t>
        <w:br/>
        <w:t>A deposit of $_________ is required to hold the above-described puppy. This deposit is non-refundable under all circumstances, except if the puppy becomes unavailable due to an issue on the breeder’s end.</w:t>
      </w:r>
    </w:p>
    <w:p>
      <w:pPr>
        <w:pStyle w:val="ListNumber"/>
      </w:pPr>
      <w:r>
        <w:t>2. Balance Due:</w:t>
        <w:br/>
        <w:t>The remaining balance of $_________ must be paid in full by the time the puppy is 9 weeks old and/or at pickup or before delivery. Payment must be made in cash or another method approved by the breeder.</w:t>
      </w:r>
    </w:p>
    <w:p>
      <w:pPr>
        <w:pStyle w:val="ListNumber"/>
      </w:pPr>
      <w:r>
        <w:t>3. Pick-Up Date:</w:t>
        <w:br/>
        <w:t>Puppy must be picked up by: ____________________ Failure to do so without prior arrangements may result in forfeiture of the deposit and loss of the puppy to another buyer.</w:t>
      </w:r>
    </w:p>
    <w:p>
      <w:pPr>
        <w:pStyle w:val="ListNumber"/>
      </w:pPr>
      <w:r>
        <w:t>4. Health Guarantee:</w:t>
        <w:br/>
        <w:t>The puppy will come with a health guarantee, age-appropriate vaccinations, and a vet exam. A full health contract will be provided at the time of final sale.</w:t>
      </w:r>
    </w:p>
    <w:p>
      <w:pPr>
        <w:pStyle w:val="ListNumber"/>
      </w:pPr>
      <w:r>
        <w:t>5. No Holds Without Deposit:</w:t>
        <w:br/>
        <w:t>No puppy will be held without a signed deposit contract and payment of the deposit.</w:t>
      </w:r>
    </w:p>
    <w:p>
      <w:pPr>
        <w:pStyle w:val="ListNumber"/>
      </w:pPr>
      <w:r>
        <w:t>6. Change of Mind:</w:t>
        <w:br/>
        <w:t>If the buyer changes their mind after placing a deposit, the deposit is forfeited. It may be transferred to another litter at the breeder’s discretion only.</w:t>
      </w:r>
    </w:p>
    <w:p>
      <w:r>
        <w:br/>
        <w:t>Signatures</w:t>
      </w:r>
    </w:p>
    <w:p>
      <w:r>
        <w:t>Buyer Signature: ___________________________ Date: ____________</w:t>
      </w:r>
    </w:p>
    <w:p>
      <w:r>
        <w:t>Breeder Signature: _________________________ Date: ____________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